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160"/>
        <w:jc w:val="right"/>
      </w:pPr>
      <w:r>
        <w:rPr>
          <w:rFonts w:ascii="Arial" w:hAnsi="Arial" w:cs="Arial"/>
          <w:b/>
          <w:color w:val="1D5FA8"/>
          <w:sz w:val="60"/>
          <w:rtl w:val="1"/>
          <w:szCs w:val="60"/>
          <w:bCs/>
        </w:rPr>
        <w:t>✉️ חלקי המכתב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  <w:shd w:val="clear" w:color="auto" w:fill="2a9d8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36"/>
                <w:rtl w:val="1"/>
                <w:szCs w:val="36"/>
                <w:bCs/>
              </w:rPr>
              <w:t>📅 מקום ותאריך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FFFFFF"/>
                <w:sz w:val="34"/>
                <w:rtl w:val="1"/>
                <w:szCs w:val="34"/>
              </w:rPr>
              <w:t>למעלה, בצד שמאל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  <w:shd w:val="clear" w:color="auto" w:fill="277da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36"/>
                <w:rtl w:val="1"/>
                <w:szCs w:val="36"/>
                <w:bCs/>
              </w:rPr>
              <w:t>👋 פנייה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FFFFFF"/>
                <w:sz w:val="34"/>
                <w:rtl w:val="1"/>
                <w:szCs w:val="34"/>
              </w:rPr>
              <w:t>למי כותבים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  <w:shd w:val="clear" w:color="auto" w:fill="1d5fa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36"/>
                <w:rtl w:val="1"/>
                <w:szCs w:val="36"/>
                <w:bCs/>
              </w:rPr>
              <w:t>🌱 פתיחה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FFFFFF"/>
                <w:sz w:val="34"/>
                <w:rtl w:val="1"/>
                <w:szCs w:val="34"/>
              </w:rPr>
              <w:t>שאלה לשלום או ברכה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  <w:shd w:val="clear" w:color="auto" w:fill="5b3fd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36"/>
                <w:rtl w:val="1"/>
                <w:szCs w:val="36"/>
                <w:bCs/>
              </w:rPr>
              <w:t>📝 גוף המכתב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FFFFFF"/>
                <w:sz w:val="34"/>
                <w:rtl w:val="1"/>
                <w:szCs w:val="34"/>
              </w:rPr>
              <w:t>העיקר – כל רעיון בפסקה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  <w:shd w:val="clear" w:color="auto" w:fill="d6404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36"/>
                <w:rtl w:val="1"/>
                <w:szCs w:val="36"/>
                <w:bCs/>
              </w:rPr>
              <w:t>🤝 סיום וברכה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FFFFFF"/>
                <w:sz w:val="34"/>
                <w:rtl w:val="1"/>
                <w:szCs w:val="34"/>
              </w:rPr>
              <w:t>מילות פרידה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  <w:shd w:val="clear" w:color="auto" w:fill="e76f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36"/>
                <w:rtl w:val="1"/>
                <w:szCs w:val="36"/>
                <w:bCs/>
              </w:rPr>
              <w:t>✍️ חתימה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FFFFFF"/>
                <w:sz w:val="34"/>
                <w:rtl w:val="1"/>
                <w:szCs w:val="34"/>
              </w:rPr>
              <w:t>השם שלי</w:t>
            </w:r>
          </w:p>
        </w:tc>
      </w:tr>
    </w:tbl>
    <w:p/>
    <w:p>
      <w:r>
        <w:br w:type="page"/>
      </w:r>
    </w:p>
    <w:p>
      <w:pPr>
        <w:bidi w:val="1"/>
        <w:spacing w:after="160"/>
        <w:jc w:val="right"/>
      </w:pPr>
      <w:r>
        <w:rPr>
          <w:rFonts w:ascii="Arial" w:hAnsi="Arial" w:cs="Arial"/>
          <w:b/>
          <w:color w:val="D64045"/>
          <w:sz w:val="60"/>
          <w:rtl w:val="1"/>
          <w:szCs w:val="60"/>
          <w:bCs/>
        </w:rPr>
        <w:t>💛 אישי מול רשמי 📋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  <w:shd w:val="clear" w:color="auto" w:fill="e76f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36"/>
                <w:rtl w:val="1"/>
                <w:szCs w:val="36"/>
                <w:bCs/>
              </w:rPr>
              <w:t>💛 אישי: למשפחה ולחברים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FFFFFF"/>
                <w:sz w:val="34"/>
                <w:rtl w:val="1"/>
                <w:szCs w:val="34"/>
              </w:rPr>
              <w:t>"סבתא יקרה," · "מה נשמע?" · "באהבה,"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  <w:shd w:val="clear" w:color="auto" w:fill="1d5fa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36"/>
                <w:rtl w:val="1"/>
                <w:szCs w:val="36"/>
                <w:bCs/>
              </w:rPr>
              <w:t>📋 רשמי: לבעלי תפקיד ולמוסדות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FFFFFF"/>
                <w:sz w:val="34"/>
                <w:rtl w:val="1"/>
                <w:szCs w:val="34"/>
              </w:rPr>
              <w:t>"לכבוד…" · "הנדון:" · "שלום רב," · "בברכה,"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  <w:shd w:val="clear" w:color="auto" w:fill="2a9d8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36"/>
                <w:rtl w:val="1"/>
                <w:szCs w:val="36"/>
                <w:bCs/>
              </w:rPr>
              <w:t>❓ שתי שאלות לפני שכותבים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FFFFFF"/>
                <w:sz w:val="34"/>
                <w:rtl w:val="1"/>
                <w:szCs w:val="34"/>
              </w:rPr>
              <w:t>למי אני כותב/ת? ומה המטרה?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  <w:shd w:val="clear" w:color="auto" w:fill="5b3fd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36"/>
                <w:rtl w:val="1"/>
                <w:szCs w:val="36"/>
                <w:bCs/>
              </w:rPr>
              <w:t>📧 גם מייל הוא מכתב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FFFFFF"/>
                <w:sz w:val="34"/>
                <w:rtl w:val="1"/>
                <w:szCs w:val="34"/>
              </w:rPr>
              <w:t>נושא · פנייה · גוף · סיום · חתימה</w:t>
            </w:r>
          </w:p>
        </w:tc>
      </w:tr>
    </w:tbl>
    <w:p/>
    <w:p>
      <w:r>
        <w:br w:type="page"/>
      </w:r>
    </w:p>
    <w:p>
      <w:pPr>
        <w:bidi w:val="1"/>
        <w:spacing w:after="160"/>
        <w:jc w:val="right"/>
      </w:pPr>
      <w:r>
        <w:rPr>
          <w:rFonts w:ascii="Arial" w:hAnsi="Arial" w:cs="Arial"/>
          <w:b/>
          <w:color w:val="5B3FD6"/>
          <w:sz w:val="60"/>
          <w:rtl w:val="1"/>
          <w:szCs w:val="60"/>
          <w:bCs/>
        </w:rPr>
        <w:t>🔗 מילות קישור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  <w:shd w:val="clear" w:color="auto" w:fill="2a9d8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36"/>
                <w:rtl w:val="1"/>
                <w:szCs w:val="36"/>
                <w:bCs/>
              </w:rPr>
              <w:t>סיבה ותוצאה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FFFFFF"/>
                <w:sz w:val="34"/>
                <w:rtl w:val="1"/>
                <w:szCs w:val="34"/>
              </w:rPr>
              <w:t>לכן · לפיכך · משום ש… · עקב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  <w:shd w:val="clear" w:color="auto" w:fill="d6404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36"/>
                <w:rtl w:val="1"/>
                <w:szCs w:val="36"/>
                <w:bCs/>
              </w:rPr>
              <w:t>ניגוד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FFFFFF"/>
                <w:sz w:val="34"/>
                <w:rtl w:val="1"/>
                <w:szCs w:val="34"/>
              </w:rPr>
              <w:t>אולם · לעומת זאת · אך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  <w:shd w:val="clear" w:color="auto" w:fill="1d5fa8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36"/>
                <w:rtl w:val="1"/>
                <w:szCs w:val="36"/>
                <w:bCs/>
              </w:rPr>
              <w:t>תוספת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FFFFFF"/>
                <w:sz w:val="34"/>
                <w:rtl w:val="1"/>
                <w:szCs w:val="34"/>
              </w:rPr>
              <w:t>יתרה מזאת · נוסף על כך · אף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  <w:shd w:val="clear" w:color="auto" w:fill="e76f51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36"/>
                <w:rtl w:val="1"/>
                <w:szCs w:val="36"/>
                <w:bCs/>
              </w:rPr>
              <w:t>ויתור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FFFFFF"/>
                <w:sz w:val="34"/>
                <w:rtl w:val="1"/>
                <w:szCs w:val="34"/>
              </w:rPr>
              <w:t>אף על פי ש… · עם זאת · למרות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יצרה: רוית ראש בן ישי · ✉️ דואר המכתבים – פוסטרים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